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בסיפורת, בבלדה ובמיתולוגיה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בעזרת תרגול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אקספוזיציה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מספר/ת שינה/תה קצת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ממאפייני הבלדה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(האח הצעיר מצליח בזכות עזרת 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(דיאלוג בין אם לבנה שהורעל)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(גיבור שנדד עשר שנים בדרכו הביתה)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 שמלמד להתכונן מראש לימים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ישיר – המספר אומר תכונה במפורש; אפיון עקיף – לומדים מתוך מעשים, דיבור או 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השוואה עם מילת דימוי + דוגמה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שינוי משמעותי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כולל נמשל ומוסר השכל מפורש, סיפור עממי לא תמיד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ד׳ (התאמה)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בתשובות הפתוחות לפני המבחן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המושגים המרכזיים שנלמדו בפרקים השונים – ארגז הכלים של הקורא, הסיפור העממי, הבלדה והמסע הביתה – כהכנה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אקספוזיציה  ·  משתנה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סוגה נכתבת כדי שיציגו אותה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אין בדרמה?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שלב בעלילה מכירים את הדמויות, המקום והזמן?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לסיפור עממי יש גרסאות רבות כי הוא עבר מדור לדור בעל 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בבלדה בדרך כלל יש דיאלוג ואלמנט דרמטי.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השלב בעלילה שבו מכירים את הדמויות, המקום והזמן.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דמות ש__________ במהלך הסיפור נקראת דמות עגולה.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גיבור שנדד עשר שנים בדרכו הביתה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משל שמלמד להתכונן מראש לימים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אודיסאוס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דיאלוג בין אם לבנה שהורעל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הנמלה והצרצר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 הצעיר מצליח בזכות עזרת חיות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את ההבדל בין אפיון ישיר לאפיון עקיף,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דימוי?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המפנה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ספרות לקראת 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