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ספרות לקראת מבחן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מושגי יסוד בסיפורת, בבלדה ובמיתולוגיה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ושלבי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מסכם בעזרת תרגול מגוון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מספר/ת שינה/תה קצת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ממאפייני הבלדה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מיתוס הוא סיפור עתיק על אלים וגיבורים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עשר שנות מלחמה ועשר שנות נדודים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מהגדרת המשל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(האח הצעיר מצליח בזכות עזרת חיות)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(דיאלוג בין אם לבנה שהורעל)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(גיבור שנדד עשר שנים בדרכו הביתה)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(משל שמלמד להתכונן מראש לימים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(בת איכר ענייה שמתחכמת מול המלך)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אפיון ישיר – המספר אומר תכונה במפורש; אפיון עקיף – לומדים מתוך מעשים, דיבור או 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דיאלוג, חזרה, פער, אווירה דרמטית – עם דוגמה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קשר יציב ואמיתי בין אודיסאוס לפנלופה, שרק הם מכירים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השוואה עם מילת דימוי + דוגמה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רגע שינוי משמעותי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 כולל נמשל ומוסר השכל מפורש, סיפור עממי לא תמיד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ד׳ (התאמה) ואז לבדוק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לדיון בתשובות הפתוחות לפני המבחן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להשמטה בגרסה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ספרות לקראת מבחן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ורעיונות חשובים מהשיעורים, כדי להתכונן למבחן.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אקספוזיציה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בסיפור שבו מכירים דמויות, מקום וזמן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שבו המצב בעלילה משתנה פתאום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בעזרת מילת דימוי כמו: כמו, כ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לדבר דומם תכונות של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אפיון 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להכיר דמות דרך מעשים ולא תיאור ישיר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שמספר סיפור ובו דיאלוג ודרמה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עתיק על אלים וגיבורים שמסביר את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המסר שהמשל רומז עליו בחיי בני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יצירה הוא למשחק על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חסר בדרמה?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לשלב ההיכרות עם הדמויות?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אקספוזיציה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הזה, למה משווים את הלב?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דפיקות חזקות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כלי כתיבה מופיע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כשנותנים לדבר תכונה אנושית?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לסיפור עממי יש גרסאות רבות כי הוא עבר מדור לדור בעל 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בבלדה בדרך כלל יש דיאלוג ואלמנט דרמטי.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מיתוס הוא סיפור חדשני על אירועים שקרו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פנלופה חיכתה לאודיסאוס עשרים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משל יש נמשל שמסביר את המסר לבני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השלב בעלילה שבו מכירים את הדמויות, המקום והזמן.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דמות ש__________ במהלך הסיפור נקראת דמות עגולה.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ב"מלכת הדבורים" האח הצעיר מצליח כי החיות שהציל __________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ב"איתקה" של קוואפיס חשובה ה__________ ולא רק היעד 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אודיסאוס הוכיח לפנלופה שהוא בעלה כשגילה את סוד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מלכת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בת איכר ענייה שמתחכמת מול המלך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לורד רנדל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גיבור שנדד עשר שנים בדרכו הביתה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אודיסאוס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האח הצעיר מצליח בזכות עזרת חיות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הנמלה והצרצר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דיאלוג בין אם לבנה שהורעל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העלמה החכמה והמלך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משל שמלמד להתכונן מראש לימים קשים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את ההבדל בין אפיון ישיר לאפיון עקיף, ותנו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מאפיינים של הבלדה, ולכל אחד דוגמה מבלדה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מסמלת המיטה הבנויה על עץ זית באודיסיאה?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דימוי?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המפנה בעלילה?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משל לסיפור עממי?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ספרות לקראת מבחן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