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 ספרות לקראת מבחן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על מושגי יסוד בסיפורת, בבלדה ובמיתולוגיה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אמנותיים ושלבי 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למבחן מסכם בעזרת תרגול מגוון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א׳ – שאלות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דרמה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אקספוזיציה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תוף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האנשה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מספר/ת שינה/תה קצת בכל פעם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ממאפייני הבלדה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מיתוס הוא סיפור עתיק על אלים וגיבורים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עשר שנות מלחמה ועשר שנות נדודים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חלק מהגדרת המשל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אקספוזיציה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משתנה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עוזרות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מיטה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(האח הצעיר מצליח בזכות עזרת חיות)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(דיאלוג בין אם לבנה שהורעל)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(גיבור שנדד עשר שנים בדרכו הביתה)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(משל שמלמד להתכונן מראש לימים קשים)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(בת איכר ענייה שמתחכמת מול המלך)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אפיון ישיר – המספר אומר תכונה במפורש; אפיון עקיף – לומדים מתוך מעשים, דיבור או סביבה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דיאלוג, חזרה, פער, אווירה דרמטית – עם דוגמה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קשר יציב ואמיתי בין אודיסאוס לפנלופה, שרק הם מכירים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השוואה עם מילת דימוי + דוגמה מדויקת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רגע שינוי משמעותי בעלילה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משל כולל נמשל ומוסר השכל מפורש, סיפור עממי לא תמיד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 על חלק ד׳ (התאמה) ואז לבדוק במליאה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להקדיש זמן לדיון בתשובות הפתוחות לפני המבחן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skip_n מתאימים להשמטה בגרסה לחינוך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 ספרות לקראת מבחן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נחזור על המושגים המרכזיים שנלמדו בפרקים השונים – ארגז הכלים של הקורא, הסיפור העממי, הבלדה והמסע הביתה – כהכנה למבחן.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א׳ – שאלות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סוגה נכתבת כדי שיציגו אותה על במה?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דרמה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אין בדרמה?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דיאלוג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קונפליקט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שלב בעלילה מכירים את הדמויות, המקום והזמן?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אקספוזיציה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"הלב שלו דפק כמו תוף" – מהו המדמה?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דפיקות חזקות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"הכיתה הייתה ים סוער" – איזה אמצעי?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"השער פיהק לעברי בשעמום" – איזה אמצעי?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לסיפור עממי יש גרסאות רבות כי הוא עבר מדור לדור בעל 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בבלדה בדרך כלל יש דיאלוג ואלמנט דרמטי.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מיתוס הוא סיפור חדשני על אירועים שקרו השנה.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פנלופה חיכתה לאודיסאוס עשרים 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משל יש נמשל שמסביר את המסר לבני אדם.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השלב בעלילה שבו מכירים את הדמויות, המקום והזמן.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דמות ש__________ במהלך הסיפור נקראת דמות עגולה.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ב"מלכת הדבורים" האח הצעיר מצליח כי החיות שהציל __________ 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ב"איתקה" של קוואפיס חשובה ה__________ ולא רק היעד עצמו.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אודיסאוס הוכיח לפנלופה שהוא בעלה כשגילה את סוד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מלכת הדבורים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דיאלוג בין אם לבנה שהורעל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לורד רנדל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האח הצעיר מצליח בזכות עזרת חיות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אודיסאוס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משל שמלמד להתכונן מראש לימים קשים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הנמלה והצרצר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בת איכר ענייה שמתחכמת מול המלך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העלמה החכמה והמלך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גיבור שנדד עשר שנים בדרכו הביתה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את ההבדל בין אפיון ישיר לאפיון עקיף, ותנו דוגמה אחת לכל סוג.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שני מאפיינים של הבלדה, ולכל אחד דוגמה מבלדה שלמדתם.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מסמלת המיטה הבנויה על עץ זית באודיסיאה?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דימוי?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המפנה בעלילה?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משל לסיפור עממי?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מושגי ספרות לקראת מבחן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